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Contenu du site Velvet Drive</w:t>
      </w:r>
    </w:p>
    <w:p>
      <w:pPr>
        <w:pStyle w:val="Heading2"/>
      </w:pPr>
      <w:r>
        <w:t>1. Page d’accueil</w:t>
      </w:r>
    </w:p>
    <w:p>
      <w:r>
        <w:t>Titre principal : Velvet Drive – L’Art du Transport de Luxe en Provence</w:t>
      </w:r>
    </w:p>
    <w:p>
      <w:r>
        <w:t>Bienvenue chez Velvet Drive, votre référence en location de voitures de luxe avec chauffeur et services de conciergerie haut de gamme en Provence-Alpes-Côte d’Azur. Voyagez avec élégance, discrétion et confort.</w:t>
      </w:r>
    </w:p>
    <w:p>
      <w:r>
        <w:t>Bouton : Réserver maintenant (lien vers la page Contact &amp; Réservations)</w:t>
      </w:r>
    </w:p>
    <w:p>
      <w:pPr>
        <w:pStyle w:val="Heading2"/>
      </w:pPr>
      <w:r>
        <w:t>2. Location avec Chauffeur</w:t>
      </w:r>
    </w:p>
    <w:p>
      <w:r>
        <w:t>Titre : Nos Véhicules &amp; Services Chauffeur Privé</w:t>
      </w:r>
    </w:p>
    <w:p>
      <w:r>
        <w:t>Découvrez notre flotte exclusive de véhicules de prestige (Mercedes Classe S, Range Rover, Bentley, etc.), avec ou sans chauffeur professionnel. Tous nos chauffeurs sont bilingues, ponctuels et discrets, pour vos déplacements privés ou professionnels.</w:t>
      </w:r>
    </w:p>
    <w:p>
      <w:r>
        <w:t>Options proposées :</w:t>
      </w:r>
    </w:p>
    <w:p>
      <w:pPr>
        <w:pStyle w:val="ListBullet"/>
      </w:pPr>
      <w:r>
        <w:t>- Transferts aéroport (Nice, Marseille, Cannes)</w:t>
      </w:r>
    </w:p>
    <w:p>
      <w:pPr>
        <w:pStyle w:val="ListBullet"/>
      </w:pPr>
      <w:r>
        <w:t>- Mise à disposition à l’heure ou à la journée</w:t>
      </w:r>
    </w:p>
    <w:p>
      <w:pPr>
        <w:pStyle w:val="ListBullet"/>
      </w:pPr>
      <w:r>
        <w:t>- Événements : mariages, congrès, soirées VIP</w:t>
      </w:r>
    </w:p>
    <w:p>
      <w:pPr>
        <w:pStyle w:val="ListBullet"/>
      </w:pPr>
      <w:r>
        <w:t>- Véhicules haut de gamme avec chauffeur</w:t>
      </w:r>
    </w:p>
    <w:p>
      <w:r>
        <w:t>Bouton : Demander un devis personnalisé</w:t>
      </w:r>
    </w:p>
    <w:p>
      <w:pPr>
        <w:pStyle w:val="Heading2"/>
      </w:pPr>
      <w:r>
        <w:t>3. Conciergerie de Luxe</w:t>
      </w:r>
    </w:p>
    <w:p>
      <w:r>
        <w:t>Titre : Conciergerie Privée – Disponibles 24h/24</w:t>
      </w:r>
    </w:p>
    <w:p>
      <w:r>
        <w:t>Notre service de conciergerie vous accompagne dans l’organisation de vos séjours, vos loisirs et vos besoins d’urgence :</w:t>
      </w:r>
    </w:p>
    <w:p>
      <w:pPr>
        <w:pStyle w:val="ListBullet"/>
      </w:pPr>
      <w:r>
        <w:t>- Réservations de restaurants gastronomiques</w:t>
      </w:r>
    </w:p>
    <w:p>
      <w:pPr>
        <w:pStyle w:val="ListBullet"/>
      </w:pPr>
      <w:r>
        <w:t>- Accès aux clubs privés, soirées exclusives</w:t>
      </w:r>
    </w:p>
    <w:p>
      <w:pPr>
        <w:pStyle w:val="ListBullet"/>
      </w:pPr>
      <w:r>
        <w:t>- Villas de luxe, jets privés, yachting</w:t>
      </w:r>
    </w:p>
    <w:p>
      <w:pPr>
        <w:pStyle w:val="ListBullet"/>
      </w:pPr>
      <w:r>
        <w:t>- Services sur-mesure selon vos exigences</w:t>
      </w:r>
    </w:p>
    <w:p>
      <w:r>
        <w:t>Contact express : WhatsApp : 07 68 20 10 48 (lien : https://wa.me/33768201048)</w:t>
      </w:r>
    </w:p>
    <w:p>
      <w:pPr>
        <w:pStyle w:val="Heading2"/>
      </w:pPr>
      <w:r>
        <w:t>4. Galerie / Nos Véhicules</w:t>
      </w:r>
    </w:p>
    <w:p>
      <w:r>
        <w:t>Titre : Notre flotte</w:t>
      </w:r>
    </w:p>
    <w:p>
      <w:r>
        <w:t>Texte d’intro : Une sélection de véhicules premium entretenus avec soin, pour répondre aux plus hautes exigences.</w:t>
      </w:r>
    </w:p>
    <w:p>
      <w:r>
        <w:t>Modèle 1 : Mercedes Classe S – Confort VIP – Climatisation bi-zone – Espace généreux</w:t>
      </w:r>
    </w:p>
    <w:p>
      <w:r>
        <w:t>Modèle 2 : Range Rover Vogue – Allure et puissance – Intérieur cuir – Parfait pour route ou montagne</w:t>
      </w:r>
    </w:p>
    <w:p>
      <w:r>
        <w:t>Modèle 3 : Bentley Flying Spur – Le summum du luxe – Chauffeur privé – Discrétion et prestige</w:t>
      </w:r>
    </w:p>
    <w:p>
      <w:pPr>
        <w:pStyle w:val="Heading2"/>
      </w:pPr>
      <w:r>
        <w:t>5. Contact &amp; Réservations</w:t>
      </w:r>
    </w:p>
    <w:p>
      <w:r>
        <w:t>Titre : Contactez Velvet Drive</w:t>
      </w:r>
    </w:p>
    <w:p>
      <w:r>
        <w:t>Vous souhaitez réserver un véhicule ou un service de conciergerie ? Contactez-nous par téléphone, WhatsApp ou via le formulaire ci-dessous.</w:t>
      </w:r>
    </w:p>
    <w:p>
      <w:pPr>
        <w:pStyle w:val="ListBullet"/>
      </w:pPr>
      <w:r>
        <w:t>- Téléphone : 07 68 20 10 48</w:t>
      </w:r>
    </w:p>
    <w:p>
      <w:pPr>
        <w:pStyle w:val="ListBullet"/>
      </w:pPr>
      <w:r>
        <w:t>- WhatsApp direct : https://wa.me/33768201048</w:t>
      </w:r>
    </w:p>
    <w:p>
      <w:pPr>
        <w:pStyle w:val="ListBullet"/>
      </w:pPr>
      <w:r>
        <w:t>- Email : contact@velvetdrive.fr (à créer)</w:t>
      </w:r>
    </w:p>
    <w:p>
      <w:pPr>
        <w:pStyle w:val="ListBullet"/>
      </w:pPr>
      <w:r>
        <w:t>- Zone couverte : Provence-Alpes-Côte d’Azur (Nice, Cannes, Marseille…)</w:t>
      </w:r>
    </w:p>
    <w:p>
      <w:r>
        <w:t>Formulaire : Nom | Email | Type de service | Date | Message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